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C402" w14:textId="77777777" w:rsidR="00A35E68" w:rsidRDefault="00EA2FF5" w:rsidP="00FC7F79">
      <w:pPr>
        <w:ind w:left="-142"/>
        <w:jc w:val="center"/>
      </w:pPr>
      <w:r>
        <w:rPr>
          <w:noProof/>
        </w:rPr>
        <w:drawing>
          <wp:inline distT="0" distB="0" distL="0" distR="0" wp14:anchorId="074BCD7D" wp14:editId="388A50BD">
            <wp:extent cx="7226300" cy="1797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r_referral_banner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4513" cy="186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339" w:type="dxa"/>
        <w:tblLook w:val="04A0" w:firstRow="1" w:lastRow="0" w:firstColumn="1" w:lastColumn="0" w:noHBand="0" w:noVBand="1"/>
      </w:tblPr>
      <w:tblGrid>
        <w:gridCol w:w="11339"/>
      </w:tblGrid>
      <w:tr w:rsidR="00A35E68" w14:paraId="6833F6CC" w14:textId="77777777" w:rsidTr="00FC7F79">
        <w:tc>
          <w:tcPr>
            <w:tcW w:w="11339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D7DDDE"/>
            <w:tcMar>
              <w:top w:w="90" w:type="dxa"/>
              <w:left w:w="140" w:type="dxa"/>
              <w:bottom w:w="80" w:type="dxa"/>
              <w:right w:w="140" w:type="dxa"/>
            </w:tcMar>
          </w:tcPr>
          <w:p w14:paraId="1999753E" w14:textId="45BFFE52" w:rsidR="00A35E68" w:rsidRDefault="00EA2FF5" w:rsidP="00FC7F79">
            <w:pPr>
              <w:tabs>
                <w:tab w:val="right" w:pos="10750"/>
              </w:tabs>
              <w:spacing w:after="40"/>
            </w:pPr>
            <w:r>
              <w:rPr>
                <w:color w:val="373963"/>
                <w:sz w:val="25"/>
              </w:rPr>
              <w:t>Thank you for referring your patient to YOR Dental.</w:t>
            </w:r>
            <w:r w:rsidR="00FC7F79">
              <w:rPr>
                <w:color w:val="373963"/>
                <w:sz w:val="25"/>
              </w:rPr>
              <w:tab/>
            </w:r>
          </w:p>
          <w:p w14:paraId="2F33904F" w14:textId="3A9CE420" w:rsidR="00A35E68" w:rsidRDefault="00EA2FF5">
            <w:pPr>
              <w:spacing w:after="0"/>
            </w:pPr>
            <w:r>
              <w:rPr>
                <w:sz w:val="17"/>
              </w:rPr>
              <w:t xml:space="preserve">Please complete as much information as possible and return </w:t>
            </w:r>
            <w:r w:rsidR="004B713F">
              <w:rPr>
                <w:sz w:val="17"/>
              </w:rPr>
              <w:t xml:space="preserve">this form to us </w:t>
            </w:r>
            <w:r>
              <w:rPr>
                <w:sz w:val="17"/>
              </w:rPr>
              <w:t xml:space="preserve">securely </w:t>
            </w:r>
            <w:r w:rsidR="004B713F">
              <w:rPr>
                <w:sz w:val="17"/>
              </w:rPr>
              <w:t xml:space="preserve">via email or post. </w:t>
            </w:r>
            <w:r>
              <w:rPr>
                <w:sz w:val="17"/>
              </w:rPr>
              <w:t>We will contact your patient directly</w:t>
            </w:r>
            <w:r w:rsidR="004B713F">
              <w:rPr>
                <w:sz w:val="17"/>
              </w:rPr>
              <w:t xml:space="preserve"> once   we have received your request and this completed form.</w:t>
            </w:r>
          </w:p>
        </w:tc>
      </w:tr>
    </w:tbl>
    <w:p w14:paraId="2C8FD09E" w14:textId="7EEE47D2" w:rsidR="00A35E68" w:rsidRDefault="00EA2FF5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 xml:space="preserve">Referring </w:t>
      </w:r>
      <w:r w:rsidR="00FC7F79">
        <w:rPr>
          <w:color w:val="373963"/>
          <w:sz w:val="32"/>
        </w:rPr>
        <w:t>dentist’s</w:t>
      </w:r>
      <w:r>
        <w:rPr>
          <w:color w:val="373963"/>
          <w:sz w:val="32"/>
        </w:rPr>
        <w:t xml:space="preserve"> details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3965"/>
        <w:gridCol w:w="1560"/>
        <w:gridCol w:w="3827"/>
      </w:tblGrid>
      <w:tr w:rsidR="00A35E68" w14:paraId="587FA1A4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24431571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Dentist name</w:t>
            </w:r>
          </w:p>
        </w:tc>
        <w:tc>
          <w:tcPr>
            <w:tcW w:w="396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73D49984" w14:textId="77777777" w:rsidR="00A35E68" w:rsidRDefault="00A35E68">
            <w:pPr>
              <w:spacing w:after="0"/>
            </w:pPr>
          </w:p>
          <w:p w14:paraId="3C9A53F0" w14:textId="77777777" w:rsidR="00FC7F79" w:rsidRDefault="00FC7F79">
            <w:pPr>
              <w:spacing w:after="0"/>
            </w:pPr>
          </w:p>
        </w:tc>
        <w:tc>
          <w:tcPr>
            <w:tcW w:w="156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0792E765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GDC number</w:t>
            </w:r>
          </w:p>
        </w:tc>
        <w:tc>
          <w:tcPr>
            <w:tcW w:w="382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29C3D2ED" w14:textId="77777777" w:rsidR="00A35E68" w:rsidRDefault="00A35E68">
            <w:pPr>
              <w:spacing w:after="0"/>
            </w:pPr>
          </w:p>
        </w:tc>
      </w:tr>
      <w:tr w:rsidR="00A35E68" w14:paraId="5E70BA0D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3368FEB9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Practice name</w:t>
            </w:r>
          </w:p>
        </w:tc>
        <w:tc>
          <w:tcPr>
            <w:tcW w:w="396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62CBB663" w14:textId="77777777" w:rsidR="00A35E68" w:rsidRDefault="00A35E68">
            <w:pPr>
              <w:spacing w:after="0"/>
            </w:pPr>
          </w:p>
          <w:p w14:paraId="5E00D97E" w14:textId="77777777" w:rsidR="00FC7F79" w:rsidRDefault="00FC7F79">
            <w:pPr>
              <w:spacing w:after="0"/>
            </w:pPr>
          </w:p>
        </w:tc>
        <w:tc>
          <w:tcPr>
            <w:tcW w:w="156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61A4B241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Practice postcode</w:t>
            </w:r>
          </w:p>
        </w:tc>
        <w:tc>
          <w:tcPr>
            <w:tcW w:w="382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06574EA5" w14:textId="77777777" w:rsidR="00A35E68" w:rsidRDefault="00A35E68">
            <w:pPr>
              <w:spacing w:after="0"/>
            </w:pPr>
          </w:p>
        </w:tc>
      </w:tr>
      <w:tr w:rsidR="00A35E68" w14:paraId="3F0EC7C2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259E61B6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Telephone</w:t>
            </w:r>
          </w:p>
        </w:tc>
        <w:tc>
          <w:tcPr>
            <w:tcW w:w="396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51BAC70D" w14:textId="77777777" w:rsidR="00A35E68" w:rsidRDefault="00A35E68">
            <w:pPr>
              <w:spacing w:after="0"/>
            </w:pPr>
          </w:p>
          <w:p w14:paraId="4817468D" w14:textId="77777777" w:rsidR="00FC7F79" w:rsidRDefault="00FC7F79">
            <w:pPr>
              <w:spacing w:after="0"/>
            </w:pPr>
          </w:p>
        </w:tc>
        <w:tc>
          <w:tcPr>
            <w:tcW w:w="156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3FFA7B58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Email</w:t>
            </w:r>
          </w:p>
        </w:tc>
        <w:tc>
          <w:tcPr>
            <w:tcW w:w="382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075ABCEF" w14:textId="77777777" w:rsidR="00A35E68" w:rsidRDefault="00A35E68">
            <w:pPr>
              <w:spacing w:after="0"/>
            </w:pPr>
          </w:p>
        </w:tc>
      </w:tr>
      <w:tr w:rsidR="00A35E68" w14:paraId="02D78D09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35123A63" w14:textId="6B90C0B6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 xml:space="preserve">Preferred </w:t>
            </w:r>
            <w:r w:rsidR="00FC7F79">
              <w:rPr>
                <w:color w:val="373963"/>
                <w:sz w:val="17"/>
              </w:rPr>
              <w:t xml:space="preserve">method </w:t>
            </w:r>
            <w:r w:rsidR="00FC7F79">
              <w:rPr>
                <w:color w:val="373963"/>
                <w:sz w:val="17"/>
              </w:rPr>
              <w:br/>
              <w:t xml:space="preserve">of </w:t>
            </w:r>
            <w:r>
              <w:rPr>
                <w:color w:val="373963"/>
                <w:sz w:val="17"/>
              </w:rPr>
              <w:t>contact</w:t>
            </w:r>
          </w:p>
        </w:tc>
        <w:tc>
          <w:tcPr>
            <w:tcW w:w="396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2C4CA2A9" w14:textId="77777777" w:rsidR="00A35E68" w:rsidRDefault="00A35E68">
            <w:pPr>
              <w:spacing w:after="0"/>
              <w:rPr>
                <w:sz w:val="17"/>
              </w:rPr>
            </w:pPr>
          </w:p>
          <w:p w14:paraId="1756CACC" w14:textId="0DD0049A" w:rsidR="00FC7F79" w:rsidRDefault="00FC7F79">
            <w:pPr>
              <w:spacing w:after="0"/>
            </w:pPr>
          </w:p>
        </w:tc>
        <w:tc>
          <w:tcPr>
            <w:tcW w:w="156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77AEBDFC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Date of referral</w:t>
            </w:r>
          </w:p>
        </w:tc>
        <w:tc>
          <w:tcPr>
            <w:tcW w:w="382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05BB7080" w14:textId="77777777" w:rsidR="00A35E68" w:rsidRDefault="00A35E68">
            <w:pPr>
              <w:spacing w:after="0"/>
            </w:pPr>
          </w:p>
        </w:tc>
      </w:tr>
    </w:tbl>
    <w:p w14:paraId="224A3E08" w14:textId="77777777" w:rsidR="00A35E68" w:rsidRDefault="00A35E68">
      <w:pPr>
        <w:spacing w:after="0"/>
      </w:pPr>
    </w:p>
    <w:p w14:paraId="153A6F62" w14:textId="409D1241" w:rsidR="00A35E68" w:rsidRDefault="00FC7F79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>Your p</w:t>
      </w:r>
      <w:r w:rsidR="00EA2FF5">
        <w:rPr>
          <w:color w:val="373963"/>
          <w:sz w:val="32"/>
        </w:rPr>
        <w:t>atient</w:t>
      </w:r>
      <w:r>
        <w:rPr>
          <w:color w:val="373963"/>
          <w:sz w:val="32"/>
        </w:rPr>
        <w:t>’s</w:t>
      </w:r>
      <w:r w:rsidR="00EA2FF5">
        <w:rPr>
          <w:color w:val="373963"/>
          <w:sz w:val="32"/>
        </w:rPr>
        <w:t xml:space="preserve"> details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3965"/>
        <w:gridCol w:w="1560"/>
        <w:gridCol w:w="3827"/>
      </w:tblGrid>
      <w:tr w:rsidR="00A35E68" w14:paraId="3B82FE45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7DCFCF1A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Patient full name</w:t>
            </w:r>
          </w:p>
        </w:tc>
        <w:tc>
          <w:tcPr>
            <w:tcW w:w="396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63818451" w14:textId="77777777" w:rsidR="00A35E68" w:rsidRDefault="00A35E68">
            <w:pPr>
              <w:spacing w:after="0"/>
            </w:pPr>
          </w:p>
          <w:p w14:paraId="284903BF" w14:textId="77777777" w:rsidR="00FC7F79" w:rsidRDefault="00FC7F79">
            <w:pPr>
              <w:spacing w:after="0"/>
            </w:pPr>
          </w:p>
        </w:tc>
        <w:tc>
          <w:tcPr>
            <w:tcW w:w="156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14216E10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Date of birth</w:t>
            </w:r>
          </w:p>
        </w:tc>
        <w:tc>
          <w:tcPr>
            <w:tcW w:w="382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61880DB7" w14:textId="77777777" w:rsidR="00A35E68" w:rsidRDefault="00A35E68">
            <w:pPr>
              <w:spacing w:after="0"/>
            </w:pPr>
          </w:p>
        </w:tc>
      </w:tr>
    </w:tbl>
    <w:p w14:paraId="2B618046" w14:textId="77777777" w:rsidR="00A35E68" w:rsidRDefault="00A35E68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8"/>
      </w:tblGrid>
      <w:tr w:rsidR="00A35E68" w14:paraId="42944607" w14:textId="77777777" w:rsidTr="00FC7F79">
        <w:tc>
          <w:tcPr>
            <w:tcW w:w="1117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0" w:type="dxa"/>
              <w:left w:w="120" w:type="dxa"/>
              <w:bottom w:w="70" w:type="dxa"/>
              <w:right w:w="120" w:type="dxa"/>
            </w:tcMar>
          </w:tcPr>
          <w:p w14:paraId="5682C3C9" w14:textId="77777777" w:rsidR="00A35E68" w:rsidRDefault="00EA2FF5">
            <w:r>
              <w:rPr>
                <w:color w:val="373963"/>
                <w:sz w:val="18"/>
              </w:rPr>
              <w:t>Patient address</w:t>
            </w:r>
          </w:p>
          <w:p w14:paraId="50E7EA96" w14:textId="77777777" w:rsidR="00A35E68" w:rsidRDefault="00A35E68">
            <w:pPr>
              <w:spacing w:after="40"/>
            </w:pPr>
          </w:p>
          <w:p w14:paraId="0B39B5CB" w14:textId="77777777" w:rsidR="00FC7F79" w:rsidRDefault="00FC7F79">
            <w:pPr>
              <w:spacing w:after="40"/>
            </w:pPr>
          </w:p>
          <w:p w14:paraId="56C836B0" w14:textId="77777777" w:rsidR="00FC7F79" w:rsidRDefault="00FC7F79">
            <w:pPr>
              <w:spacing w:after="40"/>
            </w:pPr>
          </w:p>
          <w:p w14:paraId="46E46219" w14:textId="0DBEFAE7" w:rsidR="00FC7F79" w:rsidRDefault="00FC7F79">
            <w:pPr>
              <w:spacing w:after="40"/>
            </w:pP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3240"/>
        <w:gridCol w:w="1800"/>
        <w:gridCol w:w="4312"/>
      </w:tblGrid>
      <w:tr w:rsidR="00A35E68" w14:paraId="7C3BEE80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4D4F586D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Postcode</w:t>
            </w:r>
          </w:p>
        </w:tc>
        <w:tc>
          <w:tcPr>
            <w:tcW w:w="324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10053453" w14:textId="77777777" w:rsidR="00A35E68" w:rsidRDefault="00A35E68">
            <w:pPr>
              <w:spacing w:after="0"/>
            </w:pPr>
          </w:p>
          <w:p w14:paraId="78003E49" w14:textId="77777777" w:rsidR="00FC7F79" w:rsidRDefault="00FC7F79">
            <w:pPr>
              <w:spacing w:after="0"/>
            </w:pPr>
          </w:p>
        </w:tc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3C627DEA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Telephone</w:t>
            </w:r>
          </w:p>
        </w:tc>
        <w:tc>
          <w:tcPr>
            <w:tcW w:w="4312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29855C8A" w14:textId="77777777" w:rsidR="00A35E68" w:rsidRDefault="00A35E68">
            <w:pPr>
              <w:spacing w:after="0"/>
            </w:pPr>
          </w:p>
        </w:tc>
      </w:tr>
      <w:tr w:rsidR="00A35E68" w14:paraId="5268EAA2" w14:textId="77777777" w:rsidTr="00FC7F79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22399292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Email</w:t>
            </w:r>
          </w:p>
        </w:tc>
        <w:tc>
          <w:tcPr>
            <w:tcW w:w="324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15B8BE70" w14:textId="77777777" w:rsidR="00A35E68" w:rsidRDefault="00A35E68">
            <w:pPr>
              <w:spacing w:after="0"/>
            </w:pPr>
          </w:p>
        </w:tc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6B6E8888" w14:textId="32B51963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 xml:space="preserve">Preferred </w:t>
            </w:r>
            <w:r w:rsidR="00FC7F79">
              <w:rPr>
                <w:color w:val="373963"/>
                <w:sz w:val="17"/>
              </w:rPr>
              <w:t>method</w:t>
            </w:r>
            <w:r w:rsidR="00FC7F79">
              <w:rPr>
                <w:color w:val="373963"/>
                <w:sz w:val="17"/>
              </w:rPr>
              <w:br/>
              <w:t xml:space="preserve"> of </w:t>
            </w:r>
            <w:r>
              <w:rPr>
                <w:color w:val="373963"/>
                <w:sz w:val="17"/>
              </w:rPr>
              <w:t>contact</w:t>
            </w:r>
          </w:p>
        </w:tc>
        <w:tc>
          <w:tcPr>
            <w:tcW w:w="4312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0A78ABF1" w14:textId="71722626" w:rsidR="00A35E68" w:rsidRDefault="00A35E68">
            <w:pPr>
              <w:spacing w:after="0"/>
            </w:pPr>
          </w:p>
        </w:tc>
      </w:tr>
    </w:tbl>
    <w:p w14:paraId="1DFE1787" w14:textId="77777777" w:rsidR="00A35E68" w:rsidRDefault="00A35E68">
      <w:pPr>
        <w:spacing w:after="0"/>
      </w:pPr>
    </w:p>
    <w:p w14:paraId="37D9653E" w14:textId="26732B87" w:rsidR="00A35E68" w:rsidRDefault="00A35E68">
      <w:pPr>
        <w:pageBreakBefore/>
        <w:spacing w:after="160"/>
        <w:jc w:val="center"/>
      </w:pPr>
    </w:p>
    <w:p w14:paraId="2A0DD524" w14:textId="6FB3ECB6" w:rsidR="00A35E68" w:rsidRDefault="00FC7F79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>Patient’s relevant</w:t>
      </w:r>
      <w:r w:rsidR="00EA2FF5">
        <w:rPr>
          <w:color w:val="373963"/>
          <w:sz w:val="32"/>
        </w:rPr>
        <w:t xml:space="preserve"> medical history / medications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8"/>
      </w:tblGrid>
      <w:tr w:rsidR="00A35E68" w14:paraId="0F33CE46" w14:textId="77777777" w:rsidTr="00FC7F79">
        <w:tc>
          <w:tcPr>
            <w:tcW w:w="1117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100" w:type="dxa"/>
              <w:left w:w="120" w:type="dxa"/>
              <w:bottom w:w="90" w:type="dxa"/>
              <w:right w:w="120" w:type="dxa"/>
            </w:tcMar>
          </w:tcPr>
          <w:p w14:paraId="6FB682D8" w14:textId="44F8B89B" w:rsidR="00A35E68" w:rsidRDefault="00EA2FF5">
            <w:pPr>
              <w:spacing w:after="40"/>
            </w:pPr>
            <w:r w:rsidRPr="00FC7F79">
              <w:rPr>
                <w:i/>
                <w:sz w:val="20"/>
                <w:szCs w:val="24"/>
              </w:rPr>
              <w:t xml:space="preserve">Please include medical conditions, allergies and current medication relevant to </w:t>
            </w:r>
            <w:r w:rsidR="00FC7F79" w:rsidRPr="00FC7F79">
              <w:rPr>
                <w:i/>
                <w:sz w:val="20"/>
                <w:szCs w:val="24"/>
              </w:rPr>
              <w:t xml:space="preserve">our </w:t>
            </w:r>
            <w:r w:rsidRPr="00FC7F79">
              <w:rPr>
                <w:i/>
                <w:sz w:val="20"/>
                <w:szCs w:val="24"/>
              </w:rPr>
              <w:t>assessment or treatment planning.</w:t>
            </w:r>
          </w:p>
          <w:p w14:paraId="47C67E39" w14:textId="2622975D" w:rsidR="00FC7F79" w:rsidRDefault="00EA2FF5" w:rsidP="00FC7F79">
            <w:pPr>
              <w:spacing w:after="40"/>
              <w:rPr>
                <w:color w:val="919AA4"/>
                <w:sz w:val="18"/>
              </w:rPr>
            </w:pPr>
            <w:r>
              <w:rPr>
                <w:color w:val="919AA4"/>
                <w:sz w:val="18"/>
              </w:rPr>
              <w:t>_</w:t>
            </w:r>
          </w:p>
          <w:p w14:paraId="0DD5A847" w14:textId="77777777" w:rsidR="00FC7F79" w:rsidRDefault="00FC7F79" w:rsidP="00FC7F79">
            <w:pPr>
              <w:spacing w:after="40"/>
              <w:rPr>
                <w:color w:val="919AA4"/>
                <w:sz w:val="18"/>
              </w:rPr>
            </w:pPr>
          </w:p>
          <w:p w14:paraId="0E34D145" w14:textId="77777777" w:rsidR="00FC7F79" w:rsidRDefault="00FC7F79" w:rsidP="00FC7F79">
            <w:pPr>
              <w:spacing w:after="40"/>
              <w:rPr>
                <w:color w:val="919AA4"/>
                <w:sz w:val="18"/>
              </w:rPr>
            </w:pPr>
          </w:p>
          <w:p w14:paraId="733CFB9B" w14:textId="77777777" w:rsidR="00FC7F79" w:rsidRDefault="00FC7F79" w:rsidP="00FC7F79">
            <w:pPr>
              <w:spacing w:after="40"/>
              <w:rPr>
                <w:color w:val="919AA4"/>
                <w:sz w:val="18"/>
              </w:rPr>
            </w:pPr>
          </w:p>
          <w:p w14:paraId="5EC86342" w14:textId="77777777" w:rsidR="00FC7F79" w:rsidRDefault="00FC7F79" w:rsidP="00FC7F79">
            <w:pPr>
              <w:spacing w:after="40"/>
              <w:rPr>
                <w:color w:val="919AA4"/>
                <w:sz w:val="18"/>
              </w:rPr>
            </w:pPr>
          </w:p>
          <w:p w14:paraId="0E030F6B" w14:textId="77777777" w:rsidR="00FC7F79" w:rsidRDefault="00FC7F79" w:rsidP="00FC7F79">
            <w:pPr>
              <w:spacing w:after="40"/>
            </w:pPr>
          </w:p>
          <w:p w14:paraId="1A6AD32B" w14:textId="14CEE21C" w:rsidR="00A35E68" w:rsidRDefault="00A35E68">
            <w:pPr>
              <w:spacing w:after="40"/>
            </w:pPr>
          </w:p>
        </w:tc>
      </w:tr>
    </w:tbl>
    <w:p w14:paraId="517D0901" w14:textId="77777777" w:rsidR="00A35E68" w:rsidRDefault="00A35E68">
      <w:pPr>
        <w:spacing w:after="0"/>
      </w:pPr>
    </w:p>
    <w:p w14:paraId="44CF4055" w14:textId="12A8341D" w:rsidR="00A35E68" w:rsidRDefault="00EA2FF5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>Type of treatment being referred</w:t>
      </w:r>
      <w:r w:rsidR="00FC7F79">
        <w:rPr>
          <w:color w:val="373963"/>
          <w:sz w:val="32"/>
        </w:rPr>
        <w:t xml:space="preserve"> to us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07"/>
        <w:gridCol w:w="5670"/>
      </w:tblGrid>
      <w:tr w:rsidR="00A35E68" w14:paraId="3FC5D870" w14:textId="77777777" w:rsidTr="00FC7F79">
        <w:tc>
          <w:tcPr>
            <w:tcW w:w="550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DE3D5F8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Dental implants</w:t>
            </w:r>
          </w:p>
        </w:tc>
        <w:tc>
          <w:tcPr>
            <w:tcW w:w="567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089463D0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All-on-4® / Teeth in a Day</w:t>
            </w:r>
          </w:p>
        </w:tc>
      </w:tr>
      <w:tr w:rsidR="00A35E68" w14:paraId="700A4048" w14:textId="77777777" w:rsidTr="00FC7F79">
        <w:tc>
          <w:tcPr>
            <w:tcW w:w="550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40D0B2B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Crowns / bridges</w:t>
            </w:r>
          </w:p>
        </w:tc>
        <w:tc>
          <w:tcPr>
            <w:tcW w:w="567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372393B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Restorative dentistry</w:t>
            </w:r>
          </w:p>
        </w:tc>
      </w:tr>
      <w:tr w:rsidR="00A35E68" w14:paraId="31D9F409" w14:textId="77777777" w:rsidTr="00FC7F79">
        <w:tc>
          <w:tcPr>
            <w:tcW w:w="550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450FEAB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Clear aligners / orthodontics</w:t>
            </w:r>
          </w:p>
        </w:tc>
        <w:tc>
          <w:tcPr>
            <w:tcW w:w="567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4246D158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Composite bonding / cosmetic dentistry</w:t>
            </w:r>
          </w:p>
        </w:tc>
      </w:tr>
      <w:tr w:rsidR="00A35E68" w14:paraId="3ED62E24" w14:textId="77777777" w:rsidTr="00FC7F79">
        <w:tc>
          <w:tcPr>
            <w:tcW w:w="550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1173D9A9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Periodontal / hygiene care</w:t>
            </w:r>
          </w:p>
        </w:tc>
        <w:tc>
          <w:tcPr>
            <w:tcW w:w="567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2471DA73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Endodontics / root canal therapy</w:t>
            </w:r>
          </w:p>
        </w:tc>
      </w:tr>
      <w:tr w:rsidR="00A35E68" w14:paraId="062F8CC0" w14:textId="77777777" w:rsidTr="00FC7F79">
        <w:tc>
          <w:tcPr>
            <w:tcW w:w="550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39B4F60B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Oral surgery / extraction</w:t>
            </w:r>
          </w:p>
        </w:tc>
        <w:tc>
          <w:tcPr>
            <w:tcW w:w="567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6E4FCB1A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Diagnostics / imaging</w:t>
            </w:r>
          </w:p>
        </w:tc>
      </w:tr>
      <w:tr w:rsidR="00A35E68" w14:paraId="0E77322A" w14:textId="77777777" w:rsidTr="00FC7F79">
        <w:tc>
          <w:tcPr>
            <w:tcW w:w="550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69374F3B" w14:textId="77777777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Whitening / smile aesthetics</w:t>
            </w:r>
          </w:p>
        </w:tc>
        <w:tc>
          <w:tcPr>
            <w:tcW w:w="567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09E76E18" w14:textId="4B4E1470" w:rsidR="00A35E68" w:rsidRDefault="00EA2FF5">
            <w:r>
              <w:rPr>
                <w:color w:val="373963"/>
              </w:rPr>
              <w:t>☐</w:t>
            </w:r>
            <w:r>
              <w:rPr>
                <w:color w:val="373963"/>
              </w:rPr>
              <w:t xml:space="preserve">  Other: </w:t>
            </w:r>
          </w:p>
        </w:tc>
      </w:tr>
      <w:tr w:rsidR="00FC7F79" w14:paraId="6B2B6B76" w14:textId="77777777" w:rsidTr="00DF13BD">
        <w:tc>
          <w:tcPr>
            <w:tcW w:w="11177" w:type="dxa"/>
            <w:gridSpan w:val="2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5E0E71AA" w14:textId="78959AC9" w:rsidR="00FC7F79" w:rsidRDefault="00FC7F79">
            <w:pPr>
              <w:rPr>
                <w:color w:val="373963"/>
              </w:rPr>
            </w:pPr>
            <w:r>
              <w:rPr>
                <w:color w:val="373963"/>
              </w:rPr>
              <w:t>Other (please specify):</w:t>
            </w:r>
            <w:r>
              <w:rPr>
                <w:color w:val="373963"/>
              </w:rPr>
              <w:br/>
            </w:r>
            <w:r>
              <w:rPr>
                <w:color w:val="373963"/>
              </w:rPr>
              <w:br/>
            </w:r>
            <w:r>
              <w:rPr>
                <w:color w:val="373963"/>
              </w:rPr>
              <w:br/>
            </w:r>
          </w:p>
        </w:tc>
      </w:tr>
    </w:tbl>
    <w:p w14:paraId="6BC7EB87" w14:textId="77777777" w:rsidR="00A35E68" w:rsidRDefault="00EA2FF5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>Reason for referral / clinical information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8"/>
      </w:tblGrid>
      <w:tr w:rsidR="00A35E68" w14:paraId="5973F177" w14:textId="77777777" w:rsidTr="00FC7F79">
        <w:tc>
          <w:tcPr>
            <w:tcW w:w="11177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100" w:type="dxa"/>
              <w:left w:w="120" w:type="dxa"/>
              <w:bottom w:w="90" w:type="dxa"/>
              <w:right w:w="120" w:type="dxa"/>
            </w:tcMar>
          </w:tcPr>
          <w:p w14:paraId="6FA38B2F" w14:textId="671620C5" w:rsidR="00A35E68" w:rsidRPr="00FC7F79" w:rsidRDefault="00EA2FF5">
            <w:pPr>
              <w:spacing w:after="40"/>
              <w:rPr>
                <w:sz w:val="20"/>
                <w:szCs w:val="24"/>
              </w:rPr>
            </w:pPr>
            <w:r w:rsidRPr="00FC7F79">
              <w:rPr>
                <w:i/>
                <w:sz w:val="20"/>
                <w:szCs w:val="24"/>
              </w:rPr>
              <w:t xml:space="preserve">Please include the presenting issue, diagnosis where known, relevant dental history and any </w:t>
            </w:r>
            <w:r w:rsidR="00FC7F79">
              <w:rPr>
                <w:i/>
                <w:sz w:val="20"/>
                <w:szCs w:val="24"/>
              </w:rPr>
              <w:t>other relevant information.</w:t>
            </w:r>
          </w:p>
          <w:p w14:paraId="6ED1A110" w14:textId="77777777" w:rsidR="00A35E68" w:rsidRDefault="00A35E68">
            <w:pPr>
              <w:spacing w:after="40"/>
            </w:pPr>
          </w:p>
          <w:p w14:paraId="1D8BAA38" w14:textId="77777777" w:rsidR="00FC7F79" w:rsidRDefault="00FC7F79">
            <w:pPr>
              <w:spacing w:after="40"/>
            </w:pPr>
          </w:p>
          <w:p w14:paraId="3D32A7DE" w14:textId="77777777" w:rsidR="00FC7F79" w:rsidRDefault="00FC7F79">
            <w:pPr>
              <w:spacing w:after="40"/>
            </w:pPr>
          </w:p>
          <w:p w14:paraId="5FB20314" w14:textId="77777777" w:rsidR="00FC7F79" w:rsidRDefault="00FC7F79">
            <w:pPr>
              <w:spacing w:after="40"/>
            </w:pPr>
          </w:p>
          <w:p w14:paraId="190C2A91" w14:textId="77777777" w:rsidR="00FC7F79" w:rsidRDefault="00FC7F79">
            <w:pPr>
              <w:spacing w:after="40"/>
            </w:pPr>
          </w:p>
          <w:p w14:paraId="0E609AE1" w14:textId="77777777" w:rsidR="00FC7F79" w:rsidRDefault="00FC7F79">
            <w:pPr>
              <w:spacing w:after="40"/>
            </w:pPr>
          </w:p>
          <w:p w14:paraId="5F7EB9BE" w14:textId="77777777" w:rsidR="00FC7F79" w:rsidRDefault="00FC7F79">
            <w:pPr>
              <w:spacing w:after="40"/>
            </w:pPr>
          </w:p>
          <w:p w14:paraId="27ED6622" w14:textId="1E601B1D" w:rsidR="00FC7F79" w:rsidRDefault="00FC7F79">
            <w:pPr>
              <w:spacing w:after="40"/>
            </w:pPr>
          </w:p>
        </w:tc>
      </w:tr>
    </w:tbl>
    <w:p w14:paraId="61E584C7" w14:textId="6DDE594F" w:rsidR="00A35E68" w:rsidRDefault="00FC7F79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lastRenderedPageBreak/>
        <w:br/>
      </w:r>
      <w:r w:rsidR="00EA2FF5">
        <w:rPr>
          <w:color w:val="373963"/>
          <w:sz w:val="32"/>
        </w:rPr>
        <w:t>Supporting information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00"/>
        <w:gridCol w:w="3240"/>
        <w:gridCol w:w="1800"/>
        <w:gridCol w:w="3240"/>
      </w:tblGrid>
      <w:tr w:rsidR="00A35E68" w14:paraId="1F5877E4" w14:textId="77777777"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3D23A8C0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Radiographs / scans</w:t>
            </w:r>
          </w:p>
        </w:tc>
        <w:tc>
          <w:tcPr>
            <w:tcW w:w="324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1C0D9B27" w14:textId="1639E7CE" w:rsidR="00A35E68" w:rsidRDefault="00EA2FF5">
            <w:pPr>
              <w:spacing w:after="0"/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Yes </w:t>
            </w:r>
            <w:r w:rsidR="00FC7F79">
              <w:rPr>
                <w:sz w:val="17"/>
              </w:rPr>
              <w:t xml:space="preserve">                    </w:t>
            </w:r>
            <w:r>
              <w:rPr>
                <w:sz w:val="17"/>
              </w:rPr>
              <w:t xml:space="preserve"> ☐ No</w:t>
            </w:r>
          </w:p>
        </w:tc>
        <w:tc>
          <w:tcPr>
            <w:tcW w:w="180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5105F2FF" w14:textId="77777777" w:rsidR="00A35E68" w:rsidRDefault="00EA2FF5">
            <w:pPr>
              <w:spacing w:after="0"/>
            </w:pPr>
            <w:r>
              <w:rPr>
                <w:color w:val="373963"/>
                <w:sz w:val="17"/>
              </w:rPr>
              <w:t>Referral urgency</w:t>
            </w:r>
          </w:p>
        </w:tc>
        <w:tc>
          <w:tcPr>
            <w:tcW w:w="324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85" w:type="dxa"/>
              <w:left w:w="95" w:type="dxa"/>
              <w:bottom w:w="75" w:type="dxa"/>
              <w:right w:w="95" w:type="dxa"/>
            </w:tcMar>
          </w:tcPr>
          <w:p w14:paraId="6C47F394" w14:textId="11EA249E" w:rsidR="00A35E68" w:rsidRDefault="00EA2FF5">
            <w:pPr>
              <w:spacing w:after="0"/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Routine </w:t>
            </w:r>
            <w:r w:rsidR="00FC7F79">
              <w:rPr>
                <w:sz w:val="17"/>
              </w:rPr>
              <w:t xml:space="preserve">                   </w:t>
            </w:r>
            <w:r>
              <w:rPr>
                <w:sz w:val="17"/>
              </w:rPr>
              <w:t xml:space="preserve"> ☐ Urgent</w:t>
            </w:r>
          </w:p>
        </w:tc>
      </w:tr>
    </w:tbl>
    <w:p w14:paraId="1FFC3AE0" w14:textId="77777777" w:rsidR="00A35E68" w:rsidRDefault="00A35E68">
      <w:pPr>
        <w:spacing w:after="0"/>
      </w:pPr>
    </w:p>
    <w:p w14:paraId="2A6B5D12" w14:textId="77777777" w:rsidR="00A35E68" w:rsidRDefault="00EA2FF5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>Additional notes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8"/>
      </w:tblGrid>
      <w:tr w:rsidR="00A35E68" w14:paraId="4B204793" w14:textId="77777777">
        <w:tc>
          <w:tcPr>
            <w:tcW w:w="1103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100" w:type="dxa"/>
              <w:left w:w="120" w:type="dxa"/>
              <w:bottom w:w="90" w:type="dxa"/>
              <w:right w:w="120" w:type="dxa"/>
            </w:tcMar>
          </w:tcPr>
          <w:p w14:paraId="6AC2B82B" w14:textId="4E43CF07" w:rsidR="00A35E68" w:rsidRDefault="00EA2FF5" w:rsidP="004B713F">
            <w:pPr>
              <w:spacing w:after="40"/>
            </w:pPr>
            <w:r>
              <w:rPr>
                <w:i/>
                <w:sz w:val="18"/>
              </w:rPr>
              <w:t>Please add any further information that may help our clinical team</w:t>
            </w:r>
            <w:r w:rsidR="00FC7F79">
              <w:rPr>
                <w:i/>
                <w:sz w:val="18"/>
              </w:rPr>
              <w:t xml:space="preserve"> (attach additional notes </w:t>
            </w:r>
            <w:r w:rsidR="004B713F">
              <w:rPr>
                <w:i/>
                <w:sz w:val="18"/>
              </w:rPr>
              <w:t xml:space="preserve">as needed </w:t>
            </w:r>
            <w:r w:rsidR="00FC7F79">
              <w:rPr>
                <w:i/>
                <w:sz w:val="18"/>
              </w:rPr>
              <w:t xml:space="preserve">when you send </w:t>
            </w:r>
            <w:proofErr w:type="gramStart"/>
            <w:r w:rsidR="00FC7F79">
              <w:rPr>
                <w:i/>
                <w:sz w:val="18"/>
              </w:rPr>
              <w:t>this through</w:t>
            </w:r>
            <w:proofErr w:type="gramEnd"/>
            <w:r w:rsidR="00FC7F79">
              <w:rPr>
                <w:i/>
                <w:sz w:val="18"/>
              </w:rPr>
              <w:t xml:space="preserve"> to us</w:t>
            </w:r>
            <w:r w:rsidR="004B713F">
              <w:rPr>
                <w:i/>
                <w:sz w:val="18"/>
              </w:rPr>
              <w:t>)</w:t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  <w:r w:rsidR="00FC7F79">
              <w:br/>
            </w:r>
          </w:p>
        </w:tc>
      </w:tr>
    </w:tbl>
    <w:p w14:paraId="3066B935" w14:textId="77777777" w:rsidR="00A35E68" w:rsidRDefault="00A35E68">
      <w:pPr>
        <w:spacing w:after="0"/>
      </w:pPr>
    </w:p>
    <w:p w14:paraId="6FDBE1D2" w14:textId="77777777" w:rsidR="00A35E68" w:rsidRDefault="00EA2FF5">
      <w:pPr>
        <w:pBdr>
          <w:bottom w:val="single" w:sz="8" w:space="3" w:color="383963"/>
        </w:pBdr>
        <w:spacing w:before="200" w:after="100"/>
      </w:pPr>
      <w:r>
        <w:rPr>
          <w:color w:val="373963"/>
          <w:sz w:val="32"/>
        </w:rPr>
        <w:t>Patient consent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8"/>
      </w:tblGrid>
      <w:tr w:rsidR="00A35E68" w14:paraId="64EB29E4" w14:textId="77777777">
        <w:tc>
          <w:tcPr>
            <w:tcW w:w="11030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FFFFFF"/>
            <w:tcMar>
              <w:top w:w="120" w:type="dxa"/>
              <w:left w:w="130" w:type="dxa"/>
              <w:bottom w:w="100" w:type="dxa"/>
              <w:right w:w="130" w:type="dxa"/>
            </w:tcMar>
          </w:tcPr>
          <w:p w14:paraId="61731EA3" w14:textId="7057131F" w:rsidR="00A35E68" w:rsidRDefault="00EA2FF5">
            <w:r>
              <w:rPr>
                <w:sz w:val="18"/>
              </w:rPr>
              <w:t>☐</w:t>
            </w:r>
            <w:r>
              <w:rPr>
                <w:sz w:val="18"/>
              </w:rPr>
              <w:t xml:space="preserve">  I confirm that the patient is aware of this referral and has consented to their relevant clinical information </w:t>
            </w:r>
            <w:r w:rsidR="004B713F">
              <w:rPr>
                <w:sz w:val="18"/>
              </w:rPr>
              <w:t xml:space="preserve">and their personal data </w:t>
            </w:r>
            <w:r>
              <w:rPr>
                <w:sz w:val="18"/>
              </w:rPr>
              <w:t>being shared with YOR Dental for the purpose of assessment and treatment.</w:t>
            </w:r>
            <w:r w:rsidR="004B713F">
              <w:rPr>
                <w:sz w:val="18"/>
              </w:rPr>
              <w:br/>
            </w:r>
            <w:r w:rsidR="004B713F">
              <w:rPr>
                <w:sz w:val="18"/>
              </w:rPr>
              <w:br/>
            </w:r>
          </w:p>
          <w:p w14:paraId="66A26CA8" w14:textId="77777777" w:rsidR="00A35E68" w:rsidRDefault="00EA2FF5">
            <w:pPr>
              <w:spacing w:before="200"/>
              <w:rPr>
                <w:color w:val="373963"/>
                <w:sz w:val="18"/>
              </w:rPr>
            </w:pPr>
            <w:r>
              <w:rPr>
                <w:color w:val="373963"/>
                <w:sz w:val="18"/>
              </w:rPr>
              <w:t>Referring dentist signature:</w:t>
            </w:r>
            <w:r>
              <w:rPr>
                <w:color w:val="373963"/>
                <w:sz w:val="18"/>
              </w:rPr>
              <w:t xml:space="preserve"> __________________________________</w:t>
            </w:r>
            <w:r w:rsidR="004B713F">
              <w:rPr>
                <w:color w:val="373963"/>
                <w:sz w:val="18"/>
              </w:rPr>
              <w:t xml:space="preserve">_______ </w:t>
            </w:r>
            <w:r>
              <w:rPr>
                <w:color w:val="373963"/>
                <w:sz w:val="18"/>
              </w:rPr>
              <w:t>_</w:t>
            </w:r>
            <w:r w:rsidR="004B713F">
              <w:rPr>
                <w:color w:val="373963"/>
                <w:sz w:val="18"/>
              </w:rPr>
              <w:t xml:space="preserve">_______ </w:t>
            </w:r>
            <w:r>
              <w:rPr>
                <w:color w:val="373963"/>
                <w:sz w:val="18"/>
              </w:rPr>
              <w:t xml:space="preserve"> </w:t>
            </w:r>
            <w:r w:rsidR="004B713F">
              <w:rPr>
                <w:color w:val="373963"/>
                <w:sz w:val="18"/>
              </w:rPr>
              <w:tab/>
            </w:r>
            <w:r w:rsidR="004B713F">
              <w:rPr>
                <w:color w:val="373963"/>
                <w:sz w:val="18"/>
              </w:rPr>
              <w:tab/>
            </w:r>
            <w:r w:rsidR="004B713F">
              <w:rPr>
                <w:color w:val="373963"/>
                <w:sz w:val="18"/>
              </w:rPr>
              <w:tab/>
            </w:r>
            <w:r>
              <w:rPr>
                <w:color w:val="373963"/>
                <w:sz w:val="18"/>
              </w:rPr>
              <w:t xml:space="preserve">Date: </w:t>
            </w:r>
            <w:r>
              <w:rPr>
                <w:color w:val="373963"/>
                <w:sz w:val="18"/>
              </w:rPr>
              <w:t>____________________</w:t>
            </w:r>
          </w:p>
          <w:p w14:paraId="186B3C0B" w14:textId="60150B4E" w:rsidR="004B713F" w:rsidRDefault="004B713F">
            <w:pPr>
              <w:spacing w:before="200"/>
            </w:pPr>
          </w:p>
        </w:tc>
      </w:tr>
    </w:tbl>
    <w:p w14:paraId="2CB2FD00" w14:textId="77777777" w:rsidR="00A35E68" w:rsidRDefault="00A35E68">
      <w:pPr>
        <w:spacing w:before="240"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15"/>
        <w:gridCol w:w="5515"/>
      </w:tblGrid>
      <w:tr w:rsidR="00A35E68" w14:paraId="56E14A40" w14:textId="77777777">
        <w:tc>
          <w:tcPr>
            <w:tcW w:w="551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D7DDDE"/>
            <w:tcMar>
              <w:top w:w="140" w:type="dxa"/>
              <w:left w:w="150" w:type="dxa"/>
              <w:bottom w:w="130" w:type="dxa"/>
              <w:right w:w="150" w:type="dxa"/>
            </w:tcMar>
          </w:tcPr>
          <w:p w14:paraId="69A0B56D" w14:textId="7CA28F6C" w:rsidR="00A35E68" w:rsidRDefault="00EA2FF5">
            <w:r>
              <w:rPr>
                <w:color w:val="373963"/>
                <w:sz w:val="28"/>
              </w:rPr>
              <w:t>Send your referral</w:t>
            </w:r>
            <w:r w:rsidR="004B713F">
              <w:rPr>
                <w:color w:val="373963"/>
                <w:sz w:val="28"/>
              </w:rPr>
              <w:t xml:space="preserve"> to us by email:</w:t>
            </w:r>
          </w:p>
          <w:p w14:paraId="555CFAED" w14:textId="7F07B670" w:rsidR="00A35E68" w:rsidRDefault="004B713F">
            <w:hyperlink r:id="rId9" w:history="1">
              <w:r w:rsidRPr="004B713F">
                <w:rPr>
                  <w:rStyle w:val="Hyperlink"/>
                  <w:color w:val="46486E"/>
                  <w:sz w:val="24"/>
                  <w:szCs w:val="32"/>
                </w:rPr>
                <w:t>reception@yordental.co.uk</w:t>
              </w:r>
            </w:hyperlink>
            <w:r w:rsidRPr="004B713F">
              <w:rPr>
                <w:sz w:val="24"/>
                <w:szCs w:val="32"/>
              </w:rPr>
              <w:t xml:space="preserve"> </w:t>
            </w:r>
            <w:r w:rsidR="00EA2FF5" w:rsidRPr="004B713F">
              <w:rPr>
                <w:sz w:val="22"/>
                <w:szCs w:val="28"/>
              </w:rPr>
              <w:br/>
            </w:r>
            <w:r w:rsidRPr="004B713F">
              <w:rPr>
                <w:sz w:val="22"/>
                <w:szCs w:val="28"/>
              </w:rPr>
              <w:br/>
            </w:r>
            <w:r w:rsidRPr="004B713F">
              <w:rPr>
                <w:b/>
                <w:bCs/>
                <w:sz w:val="22"/>
                <w:szCs w:val="28"/>
              </w:rPr>
              <w:t>Please follow-up with a call to</w:t>
            </w:r>
            <w:r w:rsidRPr="004B713F">
              <w:rPr>
                <w:sz w:val="22"/>
                <w:szCs w:val="28"/>
              </w:rPr>
              <w:t xml:space="preserve"> </w:t>
            </w:r>
            <w:r w:rsidRPr="004B713F">
              <w:rPr>
                <w:sz w:val="22"/>
                <w:szCs w:val="28"/>
              </w:rPr>
              <w:br/>
            </w:r>
            <w:r w:rsidRPr="004B713F">
              <w:rPr>
                <w:b/>
                <w:bCs/>
                <w:sz w:val="22"/>
                <w:szCs w:val="28"/>
              </w:rPr>
              <w:t>Dr Deepa Vakil, Clinical Director</w:t>
            </w:r>
            <w:r w:rsidRPr="004B713F">
              <w:rPr>
                <w:sz w:val="22"/>
                <w:szCs w:val="28"/>
              </w:rPr>
              <w:br/>
              <w:t xml:space="preserve">Tel: </w:t>
            </w:r>
            <w:r w:rsidR="00EA2FF5" w:rsidRPr="004B713F">
              <w:rPr>
                <w:sz w:val="22"/>
                <w:szCs w:val="28"/>
              </w:rPr>
              <w:t>0161 503 0915</w:t>
            </w:r>
          </w:p>
        </w:tc>
        <w:tc>
          <w:tcPr>
            <w:tcW w:w="5515" w:type="dxa"/>
            <w:tcBorders>
              <w:top w:val="single" w:sz="5" w:space="0" w:color="AAB6B5"/>
              <w:left w:val="single" w:sz="5" w:space="0" w:color="AAB6B5"/>
              <w:bottom w:val="single" w:sz="5" w:space="0" w:color="AAB6B5"/>
              <w:right w:val="single" w:sz="5" w:space="0" w:color="AAB6B5"/>
            </w:tcBorders>
            <w:shd w:val="clear" w:color="auto" w:fill="E0E3E4"/>
            <w:tcMar>
              <w:top w:w="140" w:type="dxa"/>
              <w:left w:w="150" w:type="dxa"/>
              <w:bottom w:w="130" w:type="dxa"/>
              <w:right w:w="150" w:type="dxa"/>
            </w:tcMar>
          </w:tcPr>
          <w:p w14:paraId="760D2835" w14:textId="466D94F8" w:rsidR="004B713F" w:rsidRDefault="004B713F" w:rsidP="004B713F">
            <w:r>
              <w:rPr>
                <w:color w:val="373963"/>
                <w:sz w:val="28"/>
              </w:rPr>
              <w:t xml:space="preserve">Send your referral to us by </w:t>
            </w:r>
            <w:r>
              <w:rPr>
                <w:color w:val="373963"/>
                <w:sz w:val="28"/>
              </w:rPr>
              <w:t>post to:</w:t>
            </w:r>
            <w:r>
              <w:rPr>
                <w:color w:val="373963"/>
                <w:sz w:val="28"/>
              </w:rPr>
              <w:br/>
            </w:r>
          </w:p>
          <w:p w14:paraId="5B61ED81" w14:textId="3380C161" w:rsidR="00A35E68" w:rsidRDefault="004B713F" w:rsidP="004B713F">
            <w:r w:rsidRPr="004B713F">
              <w:rPr>
                <w:b/>
                <w:bCs/>
                <w:color w:val="373963"/>
                <w:sz w:val="22"/>
                <w:szCs w:val="18"/>
              </w:rPr>
              <w:t>Dr Deepa Vakil</w:t>
            </w:r>
            <w:r w:rsidRPr="004B713F">
              <w:rPr>
                <w:b/>
                <w:bCs/>
                <w:color w:val="373963"/>
                <w:sz w:val="22"/>
                <w:szCs w:val="18"/>
              </w:rPr>
              <w:br/>
            </w:r>
            <w:r w:rsidR="00EA2FF5" w:rsidRPr="004B713F">
              <w:rPr>
                <w:b/>
                <w:bCs/>
                <w:color w:val="373963"/>
                <w:sz w:val="22"/>
                <w:szCs w:val="18"/>
              </w:rPr>
              <w:t>YOR Dental at MediaCity</w:t>
            </w:r>
            <w:r w:rsidRPr="004B713F">
              <w:rPr>
                <w:b/>
                <w:bCs/>
                <w:color w:val="373963"/>
                <w:sz w:val="22"/>
                <w:szCs w:val="18"/>
              </w:rPr>
              <w:br/>
            </w:r>
            <w:r w:rsidR="00EA2FF5" w:rsidRPr="004B713F">
              <w:rPr>
                <w:sz w:val="22"/>
                <w:szCs w:val="28"/>
              </w:rPr>
              <w:t>Unit 1 Digital Park, Pacific Way</w:t>
            </w:r>
            <w:r w:rsidR="00EA2FF5" w:rsidRPr="004B713F">
              <w:rPr>
                <w:sz w:val="22"/>
                <w:szCs w:val="28"/>
              </w:rPr>
              <w:br/>
              <w:t>MediaCity, Manchester M50 1DR</w:t>
            </w:r>
          </w:p>
        </w:tc>
      </w:tr>
    </w:tbl>
    <w:p w14:paraId="1BEA51AB" w14:textId="77777777" w:rsidR="00EA2FF5" w:rsidRDefault="00EA2FF5"/>
    <w:sectPr w:rsidR="00EA2FF5" w:rsidSect="00034616">
      <w:footerReference w:type="default" r:id="rId10"/>
      <w:pgSz w:w="12240" w:h="15840"/>
      <w:pgMar w:top="403" w:right="605" w:bottom="792" w:left="605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1CD3A" w14:textId="77777777" w:rsidR="00EA2FF5" w:rsidRDefault="00EA2FF5">
      <w:pPr>
        <w:spacing w:after="0" w:line="240" w:lineRule="auto"/>
      </w:pPr>
      <w:r>
        <w:separator/>
      </w:r>
    </w:p>
  </w:endnote>
  <w:endnote w:type="continuationSeparator" w:id="0">
    <w:p w14:paraId="263D52CD" w14:textId="77777777" w:rsidR="00EA2FF5" w:rsidRDefault="00EA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DB2D" w14:textId="4C4C81FE" w:rsidR="00A35E68" w:rsidRDefault="00EA2FF5" w:rsidP="00FC7F79">
    <w:pPr>
      <w:pStyle w:val="Footer"/>
      <w:tabs>
        <w:tab w:val="left" w:pos="10080"/>
      </w:tabs>
      <w:spacing w:after="40"/>
      <w:jc w:val="center"/>
    </w:pPr>
    <w:r>
      <w:rPr>
        <w:b/>
        <w:color w:val="373963"/>
        <w:sz w:val="16"/>
      </w:rPr>
      <w:t>YOR Dental Patient Referral Form</w:t>
    </w:r>
    <w:r>
      <w:tab/>
    </w:r>
    <w:r>
      <w:rPr>
        <w:color w:val="373963"/>
        <w:sz w:val="16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FC7F79">
      <w:rPr>
        <w:noProof/>
      </w:rPr>
      <w:t>1</w:t>
    </w:r>
    <w:r>
      <w:fldChar w:fldCharType="end"/>
    </w:r>
    <w:r w:rsidR="00FC7F79">
      <w:br/>
    </w:r>
  </w:p>
  <w:tbl>
    <w:tblPr>
      <w:tblW w:w="12206" w:type="dxa"/>
      <w:tblInd w:w="-567" w:type="dxa"/>
      <w:tblLook w:val="04A0" w:firstRow="1" w:lastRow="0" w:firstColumn="1" w:lastColumn="0" w:noHBand="0" w:noVBand="1"/>
    </w:tblPr>
    <w:tblGrid>
      <w:gridCol w:w="12206"/>
    </w:tblGrid>
    <w:tr w:rsidR="00A35E68" w14:paraId="6D723C97" w14:textId="77777777" w:rsidTr="00FC7F79">
      <w:trPr>
        <w:trHeight w:val="459"/>
      </w:trPr>
      <w:tc>
        <w:tcPr>
          <w:tcW w:w="12206" w:type="dxa"/>
          <w:shd w:val="clear" w:color="auto" w:fill="383963"/>
          <w:tcMar>
            <w:top w:w="0" w:type="dxa"/>
            <w:left w:w="0" w:type="dxa"/>
            <w:bottom w:w="0" w:type="dxa"/>
            <w:right w:w="0" w:type="dxa"/>
          </w:tcMar>
        </w:tcPr>
        <w:p w14:paraId="18681ECC" w14:textId="77777777" w:rsidR="00A35E68" w:rsidRDefault="00A35E68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1ADA" w14:textId="77777777" w:rsidR="00EA2FF5" w:rsidRDefault="00EA2FF5">
      <w:pPr>
        <w:spacing w:after="0" w:line="240" w:lineRule="auto"/>
      </w:pPr>
      <w:r>
        <w:separator/>
      </w:r>
    </w:p>
  </w:footnote>
  <w:footnote w:type="continuationSeparator" w:id="0">
    <w:p w14:paraId="219F3EFA" w14:textId="77777777" w:rsidR="00EA2FF5" w:rsidRDefault="00EA2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7991232">
    <w:abstractNumId w:val="8"/>
  </w:num>
  <w:num w:numId="2" w16cid:durableId="1489201431">
    <w:abstractNumId w:val="6"/>
  </w:num>
  <w:num w:numId="3" w16cid:durableId="1576743796">
    <w:abstractNumId w:val="5"/>
  </w:num>
  <w:num w:numId="4" w16cid:durableId="627201905">
    <w:abstractNumId w:val="4"/>
  </w:num>
  <w:num w:numId="5" w16cid:durableId="2079008483">
    <w:abstractNumId w:val="7"/>
  </w:num>
  <w:num w:numId="6" w16cid:durableId="1168638577">
    <w:abstractNumId w:val="3"/>
  </w:num>
  <w:num w:numId="7" w16cid:durableId="17464088">
    <w:abstractNumId w:val="2"/>
  </w:num>
  <w:num w:numId="8" w16cid:durableId="289480375">
    <w:abstractNumId w:val="1"/>
  </w:num>
  <w:num w:numId="9" w16cid:durableId="413481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713F"/>
    <w:rsid w:val="00A35E68"/>
    <w:rsid w:val="00AA1D8D"/>
    <w:rsid w:val="00B47730"/>
    <w:rsid w:val="00CB0664"/>
    <w:rsid w:val="00EA2FF5"/>
    <w:rsid w:val="00FC693F"/>
    <w:rsid w:val="00FC7F79"/>
    <w:rsid w:val="00FD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8A0D1"/>
  <w14:defaultImageDpi w14:val="300"/>
  <w15:docId w15:val="{89356ACF-68B3-4B6A-AECF-1A9DF5C4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ato" w:eastAsia="Lato" w:hAnsi="Lato"/>
      <w:color w:val="46486E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B71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ception@yordent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Max Clark Upp B2B</cp:lastModifiedBy>
  <cp:revision>2</cp:revision>
  <dcterms:created xsi:type="dcterms:W3CDTF">2026-08-07T16:46:00Z</dcterms:created>
  <dcterms:modified xsi:type="dcterms:W3CDTF">2026-08-07T16:46:00Z</dcterms:modified>
  <cp:category/>
</cp:coreProperties>
</file>